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53008" w14:textId="77777777" w:rsidR="002F346F" w:rsidRDefault="00000000">
      <w:pPr>
        <w:pStyle w:val="Heading1"/>
        <w:jc w:val="center"/>
      </w:pPr>
      <w:r>
        <w:t>DNYANESHWARI BHIMRAO PARBAT</w:t>
      </w:r>
    </w:p>
    <w:p w14:paraId="47E9292C" w14:textId="77777777" w:rsidR="009E2191" w:rsidRDefault="00000000">
      <w:r>
        <w:t>Pune, Maharashtra | 9356611099 | dparbat78@gmail.com</w:t>
      </w:r>
      <w:r>
        <w:br/>
        <w:t xml:space="preserve">GitHub: </w:t>
      </w:r>
      <w:hyperlink r:id="rId6" w:history="1">
        <w:r w:rsidR="009E2191" w:rsidRPr="0012058C">
          <w:rPr>
            <w:rStyle w:val="Hyperlink"/>
          </w:rPr>
          <w:t>https://github.com/dparbat78</w:t>
        </w:r>
      </w:hyperlink>
    </w:p>
    <w:p w14:paraId="00BE0196" w14:textId="0B333E49" w:rsidR="009E2191" w:rsidRDefault="009E2191">
      <w:r>
        <w:t>Link</w:t>
      </w:r>
    </w:p>
    <w:p w14:paraId="3DDA8979" w14:textId="77777777" w:rsidR="002F346F" w:rsidRDefault="00000000">
      <w:pPr>
        <w:pStyle w:val="Heading2"/>
      </w:pPr>
      <w:r>
        <w:t>PROFESSIONAL SUMMARY</w:t>
      </w:r>
    </w:p>
    <w:p w14:paraId="03D8CC57" w14:textId="77777777" w:rsidR="002F346F" w:rsidRDefault="00000000">
      <w:r>
        <w:t>Aspiring Full Stack Developer and Software Engineering student with strong foundation in frontend and backend technologies. Skilled in building responsive web applications using HTML, CSS, JavaScript, React, and Node.js. Passionate about developing scalable, user-friendly applications and continuously learning modern web technologies. Seeking an entry-level Full Stack Developer opportunity to contribute technical skills and grow in a dynamic development environment.</w:t>
      </w:r>
    </w:p>
    <w:p w14:paraId="2F23CFDE" w14:textId="77777777" w:rsidR="002F346F" w:rsidRDefault="00000000">
      <w:pPr>
        <w:pStyle w:val="Heading2"/>
      </w:pPr>
      <w:r>
        <w:t>TECHNICAL SKILLS</w:t>
      </w:r>
    </w:p>
    <w:p w14:paraId="0BEA3C36" w14:textId="77777777" w:rsidR="002F346F" w:rsidRDefault="00000000">
      <w:r>
        <w:t>Frontend: HTML5, CSS3, JavaScript (ES6), Bootstrap, React.js (Basic)</w:t>
      </w:r>
    </w:p>
    <w:p w14:paraId="34149ED0" w14:textId="77777777" w:rsidR="002F346F" w:rsidRDefault="00000000">
      <w:r>
        <w:t>Backend: Node.js, Express.js (Basic)</w:t>
      </w:r>
    </w:p>
    <w:p w14:paraId="161D5813" w14:textId="77777777" w:rsidR="002F346F" w:rsidRDefault="00000000">
      <w:r>
        <w:t>Database: MySQL, MongoDB (Basic), CRUD Operations</w:t>
      </w:r>
    </w:p>
    <w:p w14:paraId="7EC88174" w14:textId="77777777" w:rsidR="002F346F" w:rsidRDefault="00000000">
      <w:r>
        <w:t xml:space="preserve">Tools &amp; Platforms: Git, GitHub, VS Code, Netlify, </w:t>
      </w:r>
      <w:proofErr w:type="spellStart"/>
      <w:r>
        <w:t>Vercel</w:t>
      </w:r>
      <w:proofErr w:type="spellEnd"/>
    </w:p>
    <w:p w14:paraId="6D1B33F4" w14:textId="77777777" w:rsidR="002F346F" w:rsidRDefault="00000000">
      <w:r>
        <w:t>Other Skills: Responsive Web Design, REST API Basics, Version Control</w:t>
      </w:r>
    </w:p>
    <w:p w14:paraId="47A4F85F" w14:textId="77777777" w:rsidR="002F346F" w:rsidRDefault="00000000">
      <w:pPr>
        <w:pStyle w:val="Heading2"/>
      </w:pPr>
      <w:r>
        <w:t>PROJECTS</w:t>
      </w:r>
    </w:p>
    <w:p w14:paraId="1ED94189" w14:textId="77777777" w:rsidR="002F346F" w:rsidRDefault="00000000">
      <w:pPr>
        <w:pStyle w:val="Heading3"/>
      </w:pPr>
      <w:r>
        <w:t>Portfolio Website</w:t>
      </w:r>
    </w:p>
    <w:p w14:paraId="0FB3E343" w14:textId="77777777" w:rsidR="002F346F" w:rsidRDefault="00000000">
      <w:r>
        <w:t>• Developed a responsive personal portfolio website using HTML, CSS, and JavaScript.</w:t>
      </w:r>
    </w:p>
    <w:p w14:paraId="0322478D" w14:textId="77777777" w:rsidR="002F346F" w:rsidRDefault="00000000">
      <w:r>
        <w:t>• Implemented modern UI design and mobile-first responsive layout.</w:t>
      </w:r>
    </w:p>
    <w:p w14:paraId="551FA744" w14:textId="77777777" w:rsidR="002F346F" w:rsidRDefault="00000000">
      <w:r>
        <w:t>• Deployed project using Netlify/</w:t>
      </w:r>
      <w:proofErr w:type="spellStart"/>
      <w:r>
        <w:t>Vercel</w:t>
      </w:r>
      <w:proofErr w:type="spellEnd"/>
      <w:r>
        <w:t>.</w:t>
      </w:r>
    </w:p>
    <w:p w14:paraId="3A60BAA4" w14:textId="77777777" w:rsidR="002F346F" w:rsidRDefault="00000000">
      <w:pPr>
        <w:pStyle w:val="Heading3"/>
      </w:pPr>
      <w:r>
        <w:t>To-Do List Web Application</w:t>
      </w:r>
    </w:p>
    <w:p w14:paraId="2BE4F561" w14:textId="77777777" w:rsidR="002F346F" w:rsidRDefault="00000000">
      <w:r>
        <w:t>• Built an interactive task management app using JavaScript.</w:t>
      </w:r>
    </w:p>
    <w:p w14:paraId="09A64EE0" w14:textId="77777777" w:rsidR="002F346F" w:rsidRDefault="00000000">
      <w:r>
        <w:t>• Implemented add, edit, delete, and mark-complete features.</w:t>
      </w:r>
    </w:p>
    <w:p w14:paraId="4C2CA989" w14:textId="77777777" w:rsidR="002F346F" w:rsidRDefault="00000000">
      <w:r>
        <w:t>• Used browser local storage for data persistence.</w:t>
      </w:r>
    </w:p>
    <w:p w14:paraId="6870D584" w14:textId="77777777" w:rsidR="002F346F" w:rsidRDefault="00000000">
      <w:pPr>
        <w:pStyle w:val="Heading3"/>
      </w:pPr>
      <w:r>
        <w:t>Student Management System</w:t>
      </w:r>
    </w:p>
    <w:p w14:paraId="4BBC269C" w14:textId="77777777" w:rsidR="002F346F" w:rsidRDefault="00000000">
      <w:r>
        <w:t>• Developed a web-based system with CRUD functionality.</w:t>
      </w:r>
    </w:p>
    <w:p w14:paraId="0C21F99B" w14:textId="77777777" w:rsidR="002F346F" w:rsidRDefault="00000000">
      <w:r>
        <w:t>• Integrated database (MySQL/MongoDB) for data storage.</w:t>
      </w:r>
    </w:p>
    <w:p w14:paraId="0E715500" w14:textId="77777777" w:rsidR="002F346F" w:rsidRDefault="00000000">
      <w:r>
        <w:lastRenderedPageBreak/>
        <w:t>• Applied backend logic using Node.js (Basic).</w:t>
      </w:r>
    </w:p>
    <w:p w14:paraId="2CD6A27D" w14:textId="77777777" w:rsidR="002F346F" w:rsidRDefault="00000000">
      <w:pPr>
        <w:pStyle w:val="Heading2"/>
      </w:pPr>
      <w:r>
        <w:t>EDUCATION</w:t>
      </w:r>
    </w:p>
    <w:p w14:paraId="412465CF" w14:textId="77777777" w:rsidR="002F346F" w:rsidRDefault="00000000">
      <w:r>
        <w:t>Bachelor of Engineering (Software Engineering) – Currently in 4th Semester</w:t>
      </w:r>
    </w:p>
    <w:p w14:paraId="2C628C38" w14:textId="77777777" w:rsidR="002F346F" w:rsidRDefault="00000000">
      <w:pPr>
        <w:pStyle w:val="Heading2"/>
      </w:pPr>
      <w:r>
        <w:t>CERTIFICATIONS</w:t>
      </w:r>
    </w:p>
    <w:p w14:paraId="5BAA07E6" w14:textId="77777777" w:rsidR="002F346F" w:rsidRDefault="00000000">
      <w:r>
        <w:t>• Web Development Course – (Add Platform Name)</w:t>
      </w:r>
    </w:p>
    <w:p w14:paraId="24FDEE4E" w14:textId="77777777" w:rsidR="002F346F" w:rsidRDefault="00000000">
      <w:r>
        <w:t>• Java Programming Basics – (Add Platform Name)</w:t>
      </w:r>
    </w:p>
    <w:p w14:paraId="3CABE174" w14:textId="77777777" w:rsidR="002F346F" w:rsidRDefault="00000000">
      <w:pPr>
        <w:pStyle w:val="Heading2"/>
      </w:pPr>
      <w:r>
        <w:t>SOFT SKILLS</w:t>
      </w:r>
    </w:p>
    <w:p w14:paraId="28F5050B" w14:textId="77777777" w:rsidR="002F346F" w:rsidRDefault="00000000">
      <w:r>
        <w:t>Problem Solving | Team Collaboration | Communication | Quick Learner | Time Management</w:t>
      </w:r>
    </w:p>
    <w:p w14:paraId="5ACF5208" w14:textId="77777777" w:rsidR="002F346F" w:rsidRDefault="00000000">
      <w:pPr>
        <w:pStyle w:val="Heading2"/>
      </w:pPr>
      <w:r>
        <w:t>LANGUAGES</w:t>
      </w:r>
    </w:p>
    <w:p w14:paraId="5E8AF158" w14:textId="77777777" w:rsidR="002F346F" w:rsidRDefault="00000000">
      <w:r>
        <w:t>English | Marathi | Hindi</w:t>
      </w:r>
    </w:p>
    <w:sectPr w:rsidR="002F346F" w:rsidSect="003845A9">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9718948">
    <w:abstractNumId w:val="8"/>
  </w:num>
  <w:num w:numId="2" w16cid:durableId="1809935468">
    <w:abstractNumId w:val="6"/>
  </w:num>
  <w:num w:numId="3" w16cid:durableId="1139422437">
    <w:abstractNumId w:val="5"/>
  </w:num>
  <w:num w:numId="4" w16cid:durableId="1926452774">
    <w:abstractNumId w:val="4"/>
  </w:num>
  <w:num w:numId="5" w16cid:durableId="1770734321">
    <w:abstractNumId w:val="7"/>
  </w:num>
  <w:num w:numId="6" w16cid:durableId="1025518927">
    <w:abstractNumId w:val="3"/>
  </w:num>
  <w:num w:numId="7" w16cid:durableId="1085761752">
    <w:abstractNumId w:val="2"/>
  </w:num>
  <w:num w:numId="8" w16cid:durableId="710156920">
    <w:abstractNumId w:val="1"/>
  </w:num>
  <w:num w:numId="9" w16cid:durableId="1803422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346F"/>
    <w:rsid w:val="00326F90"/>
    <w:rsid w:val="003845A9"/>
    <w:rsid w:val="005D6712"/>
    <w:rsid w:val="006D73E5"/>
    <w:rsid w:val="007953EC"/>
    <w:rsid w:val="007A454A"/>
    <w:rsid w:val="009E219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F21B2"/>
  <w14:defaultImageDpi w14:val="300"/>
  <w15:docId w15:val="{24D96F79-B60A-4B55-92A5-EFE6ACF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E2191"/>
    <w:rPr>
      <w:color w:val="0000FF" w:themeColor="hyperlink"/>
      <w:u w:val="single"/>
    </w:rPr>
  </w:style>
  <w:style w:type="character" w:styleId="UnresolvedMention">
    <w:name w:val="Unresolved Mention"/>
    <w:basedOn w:val="DefaultParagraphFont"/>
    <w:uiPriority w:val="99"/>
    <w:semiHidden/>
    <w:unhideWhenUsed/>
    <w:rsid w:val="009E2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ithub.com/dparbat7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Dnyaneshwari Parbat</cp:lastModifiedBy>
  <cp:revision>5</cp:revision>
  <dcterms:created xsi:type="dcterms:W3CDTF">2013-12-23T23:15:00Z</dcterms:created>
  <dcterms:modified xsi:type="dcterms:W3CDTF">2026-02-16T16:00:00Z</dcterms:modified>
  <cp:category/>
</cp:coreProperties>
</file>